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12 הזכויות ואת ארבע המשפחות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זכות לאחריות אישית וחברתית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דילמות מהחיים הנוגעות לפרטיות, הבעת דעה ושוויון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כללים משותפים לקראת בניית אמנת 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אמנת זכויות הילד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1989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20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עד גיל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מדינות רבות בעולם הסכימו עליה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אמנת זכויות הילד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בכל 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אמנת זכויות הילד – חשיבה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עד גיל זה אדם עדיין זקוק להגנה ותמיכה מיוחדת מצד מבוגרים ומדינה, גם אם הוא בוגר פיזית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היום מזכיר לכולם – ילדים ומבוגרים – שלילדים יש זכויות שצריך לשמור עליהן, ומעודד לדבר על כך ולפעול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החלוקה עוזרת להבין ולזכור את הזכויות בצורה מסודרת, ומראה שלכל תחום בחיי הילד יש זכויות מתאימות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ארבע משפחות הזכויות – זיהוי ושינון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התפתחות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ארבע משפחות הזכויות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הגנה כוללת ביטחון, פרטיות והגנה מעבודה מזיקה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השתתפות עוסקת בהבעת דעה, שוויון, שפה ותרבות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ארבע משפחות הזכויות – מיון ודוגמאות מהסיפורים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(השתתפות)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ארבע משפחות הזכויות – השלמה לפי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זכות מול אחריות – היכרות עם המשפחות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זכות מול אחריות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הזכויות שוות לכל ילד וילדה, ללא תנאי.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הזכות לחינוך שייכת למשפחת ההתפתחות.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זכות מול אחריות – מחברים זכות לאחריות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(לבקש רשות לפני שמצלמים או משתפים תמונה)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(לא לפגוע באחרים במילים, במעשים או ברשת)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(לתת לכל אחד ואחת ללמוד בשקט)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(להקשיב עד הסוף לפני שמגיבים)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(לא להפלות אף ילד בגלל מוצא, מגדר או יכולת)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(לשתף חברים במשחק בהפסקה)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זכות מול אחריות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לפגוע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דילמות, פרטיות והשמעת קול – הבנת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מדרגות ומשטח חול בשביל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רמפה, משטח קשיח ושולחן בגובה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דילמות, פרטיות והשמעת קול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(המחברת של סהר שייכת לו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(ענבל מספרת למשפחה מה דעתה)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(אסור לפגוע במילים או ברשת)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 ילד זכאי להגיע לפינת המשחקים)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(עידו מביא משחקי קופסה לשולחן ליד הדלת)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דילמות, פרטיות והשמעת קול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הביע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דילמות, פרטיות והשמעת קול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כשמקשיבים לילדים הם מרגישים שרואים אותם ומכבדים אותם, זו הזכות להשתתפות ולהשמעת קול. זה גם מוביל לרעיונות טובים ולשינוי אמיתי, כמו שקרה עם פינת המשחקים.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בונים אמנת כיתה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בתהליך בניית אמנת הכיתה – כל קבוצה בוחרת זכות אחת ומנסחת לה כלל.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הכללים נכתבים בגוף ראשון רבים, כמו 'אנחנו נקשיב' או 'נ...'.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ההצבעה היא שקובעת – כלל נכנס כשרוב הכיתה מסכימה.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 שלא מסכים/ה מוזמן/ת להסביר את דעתו/ה – גם זו זכות להישמע.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בונים אמנת כיתה – התאמה בין כלל למשפחת 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(השתתפות)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(הגנה)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בונים אמנת כיתה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כלל בגוף ראשון רבים הקשור להשתתפות, למשל: נקשיב לכל דעה בכיתה לפני שנגיב.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הכלל לא נכנס לאמנה; מי שלא מסכים/ה מוזמן/ת להסביר את דעתו/ה וממשיכים לדון.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שהאמנה תכסה יותר זכויות ממשפחות שונות, ושכל הכיתה תרוויח מגוון רחב של כללים.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פתוחה: כלל רלוונטי לזכות שנבחרה, בגוף ראשון רבים, עם נימוק אישי קצר.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20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הזכות לחינוך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1989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לשתף חברים במשחק ולא להשתלט על הזמן של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צוות שבדק את הנגישות לפינת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צורך הוא הכרחי לחיים ולהתפתחות, רצון הוא דבר נחמד שאינו הכרחי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הבעה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ציון שם הזכות + דוגמה מחיי היום-יום המתאימה למשפחתה (הישרדות, הגנה, התפתחות או השתתפות).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נפגעה הזכות לפרטיות כשיואב פתח את המחברת בלי רשות. התיקון: יואב התנצל והחזיר את המחברת, והכיתה הבינה שלכל אחד יש זכות להחליט מה לחשוף.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אישית: ניסוח כלל בגוף ראשון רבים ('אנחנו...') הקושר זכות (למשל השתתפות או פרטיות) לאחריות מתאימה, עם נימוק קצר.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מציין/ת זכויות שונות ומשייכ/ת אותן נכון למשפחה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שזכות מלווה בפעולה או התחשבות כלפי אחרים, לא רק קבלה פסיבית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הערכים המתנגשים בדילמה ומציע/ה פתרון המכבד את שני הצדדים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לשלושה מפגשים: פרקים 1-2 במפגש ראשון, פרק 3 במפגש שני, פרקים 4-5 במפגש 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מספר הזכויות הנדרשות לזיהוי ולהתמקד בדוגמאות מהסיפורים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בכתב על מקרה שבו שתי זכויות מתנגשות זו בזו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מפגש בכרטיס יציאה קצר כדי לבדוק הבנה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תפגשו את 12 הזכויות של כל ילד וילדה, ותתרגלו דרך סיפורים, דילמות ומשימות כתיבה. עבדו לפי סדר הפרקים, ובכל פרק נסו לקשר בין הזכות לחיים האמיתיים שלכם.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אמנת זכויות הילד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שנה אושרה האמנה הבינלאומית בדבר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1969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1999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תאריך מצוין יום זכויות הילד הבינלאומי?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בדצמבר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 במאי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האמנה, עד איזה גיל נחשב אדם 'ילד'?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גיל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גיל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גיל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עד גיל 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לכמה 'משפחות' זכויות מתחלקות הזכויות באמנה?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האמנה נקראת 'בינלאומית' כי: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חלה רק על ילדי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מדינות רבות בעולם הסכימו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נכתבה באנגלית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עוסקת רק בחינוך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אמנת זכויות הילד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ב-20 ב__________ 1989 אושרה האמנה הבינלאומית בדבר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האמנה, כל אדם מתחת לגיל __________ נחשב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האמנה מגינה על ילדים __________ בלי קשר למדינה שבה הם חיים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אמנת זכויות הילד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לדעתכם נקבע גיל 18 כגבול להגדרת 'ילד' באמנה?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שיש יום בינלאומי מיוחד לזכויות הילד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לדעתכם נוח לחלק את הזכויות ל-4 קבוצות (הישרדות, הגנה, התפתחות, השתתפות) ולא להשאיר רשימה ארוכה אחת?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ארבע משפחות הזכויות – זיהוי ושינון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משפחות זכויות יש בסך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משפחה כוללת את הזכות לאוכל, מים ובית?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הזכות לחינוך שייכת למשפחת...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ארבע משפחות הזכויות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משפחת "הגנה" עוסקת בהגנה על ילדים מפני פגיעה והזנחה.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משפחת "השתתפות" עוסקת רק באוכל ובבריאות.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ארבע משפחות הזכויות – מיון ודוגמאות מהסיפורים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לחיים ולבריאות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לביטחון ולהגנה מפגיעה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הישרדות ובריאות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להביע דעה ולהישמע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ארבע משפחות הזכויות – השלמה לפי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בסיפור על עידו, הדרך לפינת המשחקים לא הייתה נגישה - זו דוגמה לזכות ל__________ ולמנוחה שלא מומשה במלואה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כשריים אמרה ליואב להחזיר את המחברת של סהר, היא הגנה על הזכות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זכות מול אחריות – היכרות עם המשפחות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משפחת זכויות שייכת הזכות לחיים ולבריאות?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משפחת זכויות שייכת הזכות לפרטיות?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הישרדות ובריאות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זכות מול אחריות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12 הזכויות שייכות לכל הילדים, בלי יוצא מן הכלל.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לחינוך שייכת למשפחת ההשתתפות.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זכות מול אחריות – מחברים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לשתף חברים במשחק בהפסקה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לביטחון ולהגנה מפגיעה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לתת לכל אחד ואחת ללמוד בשקט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להקשיב עד הסוף לפני שמגיבים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להביע דעה ולהישמע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לבקש רשות לפני שמצלמים או משתפים תמונה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לשוויון – בלי אפליה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לפגוע באחרים במילים, במעשים או ברשת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הזכות למשחק ולמנוחה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לא להפלות אף ילד בגלל מוצא, מגדר או יכולת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זכות מול אחריות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שרוצה לצלם חבר ולשתף תמונה צריך קודם לבקש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הזכות להישמע מחייבת גם אחריות: להקשיב עד ה__________ לפני שמגיבים.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כשילד משתמש בזכות שלו להביע דעה, האחריות שלו היא לדבר בכבוד ולא __________ באחרים.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דילמות, פרטיות והשמעת קול – הבנת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מנע מעידו להגיע לפינת המשחקים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פחד מילדים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מדרגות ומשטח חול בשביל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אסרה עליו לשחק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הפינה הייתה תמיד סגורה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עמדה לצד סהר ואמרה ליואב להחזיר את המחברת?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המחנכת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הציעה 'צוות הפינה' למועצת התלמידים כדי להנגיש את הפינה לכולם?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להעביר את הפינה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רמפה, משטח קשיח ושולחן בגובה 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לבטל את פינת המשחקים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להוסיף עוד מדרגות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דילמות, פרטיות והשמעת קול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עידו מביא משחקי קופסה לשולחן ליד הדלת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להביע דעה ולהישמע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 ילד זכאי להגיע לפינת המשחקים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לביטחון ולהגנה מפגיעה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המחברת של סהר שייכת לו בלבד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לשוויון - בלי אפליה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ענבל מספרת למשפחה מה דעתה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למשחק ולמנוחה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אסור לפגוע במילים או ברשת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דילמות, פרטיות והשמעת קול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ענבל השתמשה בזכות ל__________ כשסיפרה למשפחה מה היא חושבת.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יואב פגע בזכות ה__________ של סהר כשפתח את המחברת בלי רשות.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דילמות, פרטיות והשמעת קול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שמבוגרים ישאלו ילדים מה דעתם, כמו שמשה שאל את ענבל? הסבירו בשתיים-שלוש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בונים אמנת כיתה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קבוצה בכיתה בוחרת זכות אחת מתוך 12 הזכויות לדון 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כללי האמנה נכתבים בגוף ראשון יחיד, למשל 'אני אשתוק בשיעור'.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נכנס לאמנה כאשר רוב הכיתה מצביע בעדו.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שלא מסכים עם כלל חייב לשתוק ולא להביע דעה.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בונים אמנת כיתה – התאמה בין כלל למשפחת 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נשתה מים ונאכל ארוחת עשר בנחת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נבקש רשות לפני שנצלם או נשתף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ניתן לכל אחד ללמוד בשקט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נקשיב עד הסוף לפני שנגיב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נספר למבוגר כשמישהו בסכנה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הישרדות ובריאות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בונים אמנת כיתה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כלל אחד לאמנת הכיתה בגוף ראשון רבים (שמתחיל ב'נ...'), הקשור לזכות ההשתתפות.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לפי תהליך בניית האמנה כשכלל לא מקבל הסכמה של רוב הכיתה?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כדאי שכל קבוצה בכיתה תבחר זכות שונה לדיון, ולא כולן את אותה זכות.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זכות אחת מתוך 12 הזכויות, כתבו לה כלל מתאים בגוף ראשון רבים, ונמקו למה בחרתם דווקא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יום זכויות הילד הבינלאומי מצוין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בדצמבר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הזכות לפרטיות שייכת למשפחת...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זכות שייכת למשפחת ההתפתחות?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לשם ולזהות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לביטחון ולהגנה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שנה אושרה האמנה הבינלאומית בדבר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האחריות המתאימה לזכות למשחק ולמנוחה?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לשתף חברים במשחק ולא להשתלט על הזמן של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לעבוד קשה כדי להרוויח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לשמור בסוד מהחברים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לבקש רשות לפני כל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בסיפור 'הפינה שכולם יכולים להגיע אליה', מה ענבל, יוסף ודנה הקימו כדי לבדוק את הבעיה?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צוות שבדק את הנגישות לפינת המשחקים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ועד 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מועדון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ההבדל בין 'צורך' ל'רצון', לפי החומר?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 הוא הכרחי לחיים ולהתפתחות, רצון הוא דבר נחמד שאינו הכרחי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הבדל, הכול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 חשוב תמיד יותר מצורך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צורך הוא רק דברים יקרים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הבעה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זכות אחת מתוך 12 הזכויות, וכתבו דוגמה מהחיים שלכם שמראה איך היא באה לידי ביטוי.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בסיפור 'המחברת של סהר' – איזו זכות נפגעה, וכיצד הדבר תוקן בסוף הסיפור?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כלל אחד לאמנת כיתה שמבטא גם זכות וגם אחריות יחד, ונמקו מדוע בחרתם בו דווקא.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לפרט לפחות שלוש זכויות מתוך ארבע משפחות הזכויות השונות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להסביר בדוגמה אישית מה ההבדל בין זכות לאחריות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לנתח דילמה הקשורה לפרטיות או להבעת דעה ולהציע פתרון מכבד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