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הזכויות ואת 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 וחברתית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מהחיים הנוגעות לפרטיות, הבעת דעה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כללים משותפים לקראת 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אמנת זכויות הילד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מדינות רבות בעולם הסכימו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אמנת זכויות הילד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אמנת זכויות הילד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 גיל זה אדם עדיין זקוק להגנה ותמיכה מיוחדת מצד מבוגרים ומדינה, גם אם הוא בוגר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היום מזכיר לכולם – ילדים ומבוגרים – שלילדים יש זכויות שצריך לשמור עליהן, ומעודד לדבר על כך ולפעול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החלוקה עוזרת להבין ולזכור את הזכויות בצורה מסודרת, ומראה שלכל תחום בחיי הילד יש זכויות מתאימות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ארבע משפחות הזכויות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ארבע משפחות הזכויות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הגנה כוללת ביטחון, פרטיות והגנה מעבודה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עוסקת בהבעת דעה, שוויון, שפה ותרבות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ארבע משפחות הזכויות – מיון ודוגמאות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ארבע משפחות הזכויות – השלמה לפי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 – היכרות עם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הזכויות שוות לכל ילד וילדה, ללא תנאי.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למשפחת ההתפתחות.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 – מחברים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לפגוע באחרים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לכל אחד ואחת ללמוד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(להקשיב עד הסוף לפני שמגיבים)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להפלות אף ילד בגלל מוצא, מגדר או 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(לשתף חברים במשחק בהפסקה)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זכות מול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דילמות, פרטיות והשמעת קול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רמפה, משטח קשיח ושולחן בגובה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(המחברת של סהר שייכת לו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(ענבל מספרת למשפחה מה דעתה)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(אסור לפגוע במילים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 ילד זכאי להגיע לפינת המשחקים)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(עידו מביא משחקי קופסה לשולחן ליד הדלת)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כשמקשיבים לילדים הם מרגישים שרואים אותם ומכבדים אותם, זו הזכות להשתתפות ולהשמעת קול. זה גם מוביל לרעיונות טובים ולשינוי אמיתי, כמו שקרה עם פינת המשחקים.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בתהליך בניית אמנת הכיתה – כל קבוצה בוחרת זכות אחת ומנסחת לה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הכללים נכתבים בגוף ראשון רבים, כמו 'אנחנו נקשיב' או 'נ...'.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שקובעת – כלל נכנס כשרוב הכיתה מסכימה.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שלא מסכים/ה מוזמן/ת להסביר את דעתו/ה – גם זו זכות להישמע.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התאמה בין כלל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 הקשור להשתתפות, למשל: נקשיב לכל דעה בכיתה לפני שנגיב.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הכלל לא נכנס לאמנה; מי שלא מסכים/ה מוזמן/ת להסביר את דעתו/ה וממשיכים לדון.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שהאמנה תכסה יותר זכויות ממשפחות שונות, ושכל הכיתה תרוויח מגוון רחב של כללים.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פתוחה: כלל רלוונטי לזכות שנבחרה, בגוף ראשון רבים, עם נימוק אישי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לשתף חברים במשחק ולא להשתלט על הזמן של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צוות שבדק את הנגישות לפינת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צורך הוא הכרחי לחיים ולהתפתחות, רצון הוא דבר נחמד שאינו 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הבעה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ציון שם הזכות + דוגמה מחיי היום-יום המתאימה למשפחתה (הישרדות, הגנה, התפתחות או השתתפות).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נפגעה הזכות לפרטיות כשיואב פתח את המחברת בלי רשות. התיקון: יואב התנצל והחזיר את המחברת, והכיתה הבינה שלכל אחד יש זכות להחליט מה לחשוף.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אישית: ניסוח כלל בגוף ראשון רבים ('אנחנו...') הקושר זכות (למשל השתתפות או פרטיות) לאחריות מתאימה,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זכויות שונות ומשייכ/ת אותן נכון למשפחה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שזכות מלווה בפעולה או התחשבות כלפי אחרים, לא רק קבלה פסיבית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הערכים המתנגשים בדילמה ומציע/ה פתרון המכבד את 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הזכויות הנדרשות לזיהוי ולהתמקד בדוגמאות מהסיפורים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בכתב על מקרה שבו שתי זכויות מתנגשות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על זכויות הילד. יש סיפורים ושאלות. עובדים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בינלאומי שנחתם ב-1989 בנושא זכויות הילד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שמגיע לכל ילד וילדה, בלי יוצא מן הכלל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שכל אחד עושה כדי שגם לאחרים תהיה אותה 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 ובריאות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זכויות: אוכל, מים, בית, בריאות, זהות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זכויות: הגנה מפגיעה, הזנחה ושמירה על פרטיות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זכויות: חינוך, משחק, מנוחה, תרבות ויצירה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זכויות: הבעת דעה, שוויון ושמירה על שפה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שדברים אישיים כמו יומן או תמונות יישארו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כלפי מישהו בגלל מוצא, מגדר או יכולת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שיש בו יותר מתשובה נכונה אחת, ודורש מחשבה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אמנת זכויות הילד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התקבלה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יום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הגיל שמגדיר 'ילד'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גיל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לכמה 'משפחות' זכויות מתחלקות הזכויות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האמנה נקראת 'בינלאומית'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חלה רק על ילדי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רבות בעולם הסכימו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נכתבה באנגלית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עוסקת רק בחינוך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אמנת זכויות הילד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ב-20 ב__________ 1989 אושרה האמנה הבינלאומית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האמנה, כל אדם מתחת לגיל __________ נחשב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האמנה מגינה על ילדים __________ בלי קשר למדינה שבה הם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אמנת זכויות הילד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נקבע גיל 18 כגבול להגדרת 'ילד' באמנה?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שיש יום בינלאומי מיוחד לזכויות הילד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נוח לחלק את הזכויות ל-4 קבוצות (הישרדות, הגנה, התפתחות, השתתפות) ולא להשאיר רשימה ארוכה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ארבע משפחות הזכויות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לכמה קבוצות מחלקים את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שייכת הזכות לאוכל 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קבוצה נמצאת הזכות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ארבע משפחות הזכויות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"הגנה" עוסקת בהגנה על ילדים מפני פגיעה והזנחה.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"השתתפות" עוסקת רק באוכל ובבריאות.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ארבע משפחות הזכויות – מיון ודוגמאות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ארבע משפחות הזכויות – השלמה לפי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על עידו, הדרך לפינת המשחקים לא הייתה נגישה - זו דוגמה לזכות ל__________ ולמנוחה שלא מומשה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כשריים אמרה ליואב להחזיר את המחברת של סהר, היא הגנה על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זכות מול אחריות – היכרות עם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קבוצה היא הזכות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קבוצה נמצאת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זכות מול 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12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שייכת למשפחת ההשתתפות.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זכות מול אחריות – מחברים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להקשיב עד הסוף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להפלות אף ילד בגלל מוצא, מגדר או 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לשתף חברים במשחק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לפגוע באחרים במילים, במעשים או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לשוויון –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לכל אחד ואחת ללמוד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לבקש רשות לפני שמצלמים או משתפים 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זכות מול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שרוצה לצלם חבר ולשתף תמונה צריך קודם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להישמע מחייבת גם אחריות: להקשיב עד ה__________ לפני שמגיבים.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משתמש בזכות שלו להביע דעה, האחריות שלו היא לדבר בכבוד ולא __________ באחרים.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דילמות, פרטיות והשמעת קול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עידו לא הגיע לפינת המשחקים?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פחד מילדים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אסרה עליו לשחק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הפינה הייתה תמיד סגורה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עזרה לסהר?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הציע הצוות כדי לפתור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את הפינה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רמפה, משטח קשיח ושולחן בגובה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עוד מדרגות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ילד זכאי להגיע לפינת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המחברת של סהר שייכת לו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עידו מביא משחקי קופסה לשולחן ליד הדלת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 -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ענבל מספרת למשפחה מה דעתה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לפגוע במילים או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ענבל השתמשה בזכות ל__________ כשסיפרה למשפחה מה היא חושבת.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יואב פגע בזכות ה__________ של סהר כשפתח את המחברת בלי רשות.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שמבוגרים ישאלו ילדים מה דעתם, כמו שמשה שאל את ענבל? הסבירו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אמנת כיתה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בכיתה בוחרת זכות אחת מתוך 12 הזכויות לדון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 האמנה נכתבים בגוף ראשון יחיד, למשל 'אני אשתוק בשיעור'.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נכנס לאמנה כאשר רוב הכיתה מצביע בעדו.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חייב לשתוק ולא להביע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אמנת כיתה – התאמה בין כלל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נקשיב עד הסוף לפני שנגיב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נספר למבוגר כשמישהו בסכנה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אמנת כיתה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לאמנת הכיתה בגוף ראשון רבים (שמתחיל ב'נ...'), הקשור לזכות ההשתתפות.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לפי תהליך בניית האמנה כשכלל לא מקבל הסכמה של רוב הכיתה?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שכל קבוצה בכיתה תבחר זכות שונה לדיון, ולא כולן את אותה זכות.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זכות אחת מתוך 12 הזכויות, כתבו לה כלל מתאים בגוף ראשון רבים, ונמקו למה בחרתם דווקא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יום זכויות הילד הבינלאומי מצוין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הזכות לפרטיות שייכת למשפחת...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שייכת למשפחת ההתפתחות?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 ולהגנה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אושרה האמנה הבינלאומית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האחריות המתאימה לזכות למשחק ולמנוחה?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חברים במשחק ולא להשתלט על הזמן של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קשה כדי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בסוד מהחברים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רשות לפני כל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בסיפור 'הפינה שכולם יכולים להגיע אליה', מה ענבל, יוסף ודנה הקימו כדי לבדוק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שבדק את הנגישות לפינת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ועד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מועדון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'צורך' ל'רצון', לפי החומר?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הוא הכרחי לחיים ולהתפתחות, רצון הוא דבר נחמד שאינו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הכול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תמיד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הוא רק דברים יקרים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הבעה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הזכויות, וכתבו דוגמה מהחיים שלכם שמראה איך היא באה לידי ביטוי.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'המחברת של סהר' – איזו זכות נפגעה, וכיצד הדבר תוקן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כלל אחד לאמנת כיתה שמבטא גם זכות וגם אחריות יחד, ונמקו מדוע בחרתם בו דווקא.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שלוש זכויות מתוך ארבע משפחות הזכויות השונות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בדוגמה אישית מה ההבדל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לנתח דילמה הקשורה לפרטיות או להבעת דעה ולהציע פתרון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