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יום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12 הזכויות ואת ארבע המשפחות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הקשר בין זכות לאחריות אישית וחברתית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דילמות מהחיים הנוגעות לפרטיות, הבעת דעה ושוויון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כללים משותפים לקראת בניית אמנת 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מהי אמנת זכויות הילד – עובדות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1989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20 בנובמבר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עד גיל 18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מהי אמנת זכויות הילד – יישום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נובמבר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מהי אמנת זכויות הילד – חשיבה והסבר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ארבע משפחות הזכויות – זיהוי ושינון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הישרדות ובריאות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ארבע משפחות הזכויות – התאמה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הגנה כוללת ביטחון, פרטיות והגנה מעבודה מזיקה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השתתפות עוסקת בהבעת דעה, שוויון, שפה ותרבות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ארבע משפחות הזכויות – מיון ודוגמאות מהסיפורים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(הישרדות ובריאות)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(הגנה)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(התפתחות)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(השתתפות)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ארבע משפחות הזכויות – השלמה לפי הסיפורים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פרטיות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זכות מול אחריות – היכרות עם המשפחות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הישרדות ובריאות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הגנה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זכות מול אחריות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הזכויות שוות לכל ילד וילדה, ללא תנאי.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הזכות לחינוך שייכת למשפחת ההתפתחות.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זכות מול אחריות – מחברים זכות לאחריות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(לבקש רשות לפני שמצלמים או משתפים תמונה)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(לא לפגוע באחרים במילים, במעשים או ברשת)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(לתת לכל אחד ואחת ללמוד בשקט)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(להקשיב עד הסוף לפני שמגיבים)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זכות מול אחריות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דילמות, פרטיות והשמעת קול – הבנת הסיפורים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מדרגות ומשטח חול בשביל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דילמות, פרטיות והשמעת קול – יישום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(המחברת של סהר שייכת לו בלבד)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(ענבל מספרת למשפחה מה דעתה)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(אסור לפגוע במילים או ברשת)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(כל ילד זכאי להגיע לפינת המשחקים)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דילמות, פרטיות והשמעת קול – יישום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הביע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פרטיות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דילמות, פרטיות והשמעת קול – יישום והבנה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בונים אמנת כיתה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בתהליך בניית אמנת הכיתה – כל קבוצה בוחרת זכות אחת ומנסחת לה כלל.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הכללים נכתבים בגוף ראשון רבים, כמו 'אנחנו נקשיב' או 'נ...'.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ההצבעה היא שקובעת – כלל נכנס כשרוב הכיתה מסכימה.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בונים אמנת כיתה – התאמה בין כלל למשפחת זכויות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(הישרדות ובריאות)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(הגנה)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בונים אמנת כיתה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כלל בגוף ראשון רבים הקשור להשתתפות, למשל: נקשיב לכל דעה בכיתה לפני שנגיב.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20 בנובמבר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הזכות לחינוך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הבעה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אישית: ציון שם הזכות + דוגמה מחיי היום-יום המתאימה למשפחתה (הישרדות, הגנה, התפתחות או השתתפות).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נפגעה הזכות לפרטיות כשיואב פתח את המחברת בלי רשות. התיקון: יואב התנצל והחזיר את המחברת, והכיתה הבינה שלכל אחד יש זכות להחליט מה לחשוף.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מציין/ת זכויות שונות ומשייכ/ת אותן נכון למשפחה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מראה הבנה שזכות מלווה בפעולה או התחשבות כלפי אחרים, לא רק קבלה פסיבית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את הערכים המתנגשים בדילמה ומציע/ה פתרון המכבד את שני הצדדים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החוברת לשלושה מפגשים: פרקים 1-2 במפגש ראשון, פרק 3 במפגש שני, פרקים 4-5 במפגש שלישי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לצמצם את מספר הזכויות הנדרשות לזיהוי ולהתמקד בדוגמאות מהסיפורים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דיון בכתב על מקרה שבו שתי זכויות מתנגשות זו בזו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כל מפגש בכרטיס יציאה קצר כדי לבדוק הבנה לפני המעבר לפרק הבא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יום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זו תפגשו את 12 הזכויות של כל ילד וילדה, ותתרגלו דרך סיפורים, דילמות ומשימות כתיבה. עבדו לפי סדר הפרקים, ובכל פרק נסו לקשר בין הזכות לחיים האמיתיים שלכם.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הביע דעה  ·  פרטיות  ·  רשות  ·  נובמבר  ·  18  ·  פרטיות  ·  משחק  ·  סוף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מהי אמנת זכויות הילד – עובדות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באיזו שנה אושרה האמנה הבינלאומית בדבר זכויות הילד?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1969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1989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1999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תאריך מצוין יום זכויות הילד הבינלאומי?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 ביוני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20 בנובמבר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10 בדצמבר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לפי האמנה, עד איזה גיל נחשב אדם 'ילד'?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עד גיל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עד גיל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עד גיל 18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מהי אמנת זכויות הילד – יישום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ב-20 ב__________ 1989 אושרה האמנה הבינלאומית בדבר זכויות הילד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לפי האמנה, כל אדם מתחת לגיל __________ נחשב ילד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מהי אמנת זכויות הילד – חשיבה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ארבע משפחות הזכויות – זיהוי ושינון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משפחות זכויות יש בסך הכול?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משפחה כוללת את הזכות לאוכל, מים ובית?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הישרדות ובריאות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התפתחות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ארבע משפחות הזכויות – התאמה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משפחת "הגנה" עוסקת בהגנה על ילדים מפני פגיעה והזנחה.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משפחת "השתתפות" עוסקת רק באוכל ובבריאות.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ארבע משפחות הזכויות – מיון ודוגמאות מהסיפורים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הזכות לחיים ולבריאות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הגנה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הזכות לביטחון ולהגנה מפגיעה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השתתפות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הזכות לחינוך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הישרדות ובריאות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הזכות להביע דעה ולהישמע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התפתחות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ארבע משפחות הזכויות – השלמה לפי הסיפורים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בסיפור על עידו, הדרך לפינת המשחקים לא הייתה נגישה - זו דוגמה לזכות ל__________ ולמנוחה שלא מומשה במלואה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כשריים אמרה ליואב להחזיר את המחברת של סהר, היא הגנה על הזכות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זכות מול אחריות – היכרות עם המשפחות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לאיזו משפחת זכויות שייכת הזכות לחיים ולבריאות?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הישרדות ובריאות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לאיזו משפחת זכויות שייכת הזכות לפרטיות?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השתתפות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זכות מול אחריות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12 הזכויות שייכות לכל הילדים, בלי יוצא מן הכלל.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הזכות לחינוך שייכת למשפחת ההשתתפות.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זכות מול אחריות – מחברים זכות לאחריות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הזכות לפרטיות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להקשיב עד הסוף לפני שמגיבים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הזכות לביטחון ולהגנה מפגיעה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לתת לכל אחד ואחת ללמוד בשקט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הזכות לחינוך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לבקש רשות לפני שמצלמים או משתפים תמונה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הזכות להביע דעה ולהישמע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לא לפגוע באחרים במילים, במעשים או ברשת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זכות מול אחריות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מי שרוצה לצלם חבר ולשתף תמונה צריך קודם לבקש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הזכות להישמע מחייבת גם אחריות: להקשיב עד ה__________ לפני שמגיבים.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דילמות, פרטיות והשמעת קול – הבנת הסיפורים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מנע מעידו להגיע לפינת המשחקים בהפסקה?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הוא פחד מילדים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מדרגות ומשטח חול בשביל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המורה אסרה עליו לשחק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עמדה לצד סהר ואמרה ליואב להחזיר את המחברת?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המחנכת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עליזה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דילמות, פרטיות והשמעת קול – יישום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הזכות לפרטיות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ענבל מספרת למשפחה מה דעתה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הזכות להביע דעה ולהישמע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כל ילד זכאי להגיע לפינת המשחקים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הזכות לביטחון ולהגנה מפגיעה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המחברת של סהר שייכת לו בלבד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הזכות לשוויון - בלי אפליה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אסור לפגוע במילים או ברשת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דילמות, פרטיות והשמעת קול – יישום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ענבל השתמשה בזכות ל__________ כשסיפרה למשפחה מה היא חושבת.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יואב פגע בזכות ה__________ של סהר כשפתח את המחברת בלי רשות.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4 · דילמות, פרטיות והשמעת קול – יישום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בונים אמנת כיתה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קבוצה בכיתה בוחרת זכות אחת מתוך 12 הזכויות לדון 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כללי האמנה נכתבים בגוף ראשון יחיד, למשל 'אני אשתוק בשיעור'.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כלל נכנס לאמנה כאשר רוב הכיתה מצביע בעדו.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בונים אמנת כיתה – התאמה בין כלל למשפחת זכויות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נשתה מים ונאכל ארוחת עשר בנחת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הגנה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נבקש רשות לפני שנצלם או נשתף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הישרדות ובריאות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בונים אמנת כיתה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כלל אחד לאמנת הכיתה בגוף ראשון רבים (שמתחיל ב'נ...'), הקשור לזכות ההשתתפות.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חזרה מסכמת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יום זכויות הילד הבינלאומי מצוין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20 בנובמבר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 ביוני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10 בדצמבר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הזכות לפרטיות שייכת למשפחת...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הישרדות ובריאות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איזו זכות שייכת למשפחת ההתפתחות?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הזכות לחינוך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הזכות לשם ולזהות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הזכות לביטחון ולהגנה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חזרה מסכמת – הבעה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זכות אחת מתוך 12 הזכויות, וכתבו דוגמה מהחיים שלכם שמראה איך היא באה לידי ביטוי.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בסיפור 'המחברת של סהר' – איזו זכות נפגעה, וכיצד הדבר תוקן בסוף הסיפור?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יודע/ת לפרט לפחות שלוש זכויות מתוך ארבע משפחות הזכויות השונות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יכול/ה להסביר בדוגמה אישית מה ההבדל בין זכות לאחריות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יום זכויות הילד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